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B8AB2" w14:textId="0F3D80ED" w:rsidR="00BF5C2E" w:rsidRDefault="00AE1756">
      <w:pPr>
        <w:pStyle w:val="Titolo1"/>
        <w:rPr>
          <w:rFonts w:cstheme="majorHAnsi"/>
          <w:bCs w:val="0"/>
          <w:color w:val="000000" w:themeColor="text1"/>
          <w:sz w:val="24"/>
          <w:szCs w:val="24"/>
        </w:rPr>
      </w:pPr>
      <w:r w:rsidRPr="00972F1C">
        <w:rPr>
          <w:rFonts w:cstheme="majorHAnsi"/>
          <w:bCs w:val="0"/>
          <w:color w:val="000000" w:themeColor="text1"/>
          <w:sz w:val="24"/>
          <w:szCs w:val="24"/>
        </w:rPr>
        <w:t>ALLEGATO D – INFORMATIVA PRIVACY</w:t>
      </w:r>
      <w:r w:rsidR="009E0F16">
        <w:rPr>
          <w:rFonts w:cstheme="majorHAnsi"/>
          <w:bCs w:val="0"/>
          <w:color w:val="000000" w:themeColor="text1"/>
          <w:sz w:val="24"/>
          <w:szCs w:val="24"/>
        </w:rPr>
        <w:t xml:space="preserve"> - FABBRICHE APERTE 2026 </w:t>
      </w:r>
    </w:p>
    <w:p w14:paraId="59B24828" w14:textId="77777777" w:rsidR="009E0F16" w:rsidRPr="009E0F16" w:rsidRDefault="009E0F16" w:rsidP="009E0F16"/>
    <w:p w14:paraId="3264B039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Ai sensi del Regolamento (UE) 2016/679 (GDPR) e della normativa nazionale vigente.</w:t>
      </w:r>
    </w:p>
    <w:p w14:paraId="5BC94137" w14:textId="77777777" w:rsidR="00BF5C2E" w:rsidRPr="00EB15C7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1. Titolare del trattamento</w:t>
      </w:r>
    </w:p>
    <w:p w14:paraId="286C261D" w14:textId="7B825D23" w:rsidR="009E0F16" w:rsidRPr="009E0F16" w:rsidRDefault="00AE1756" w:rsidP="009E0F1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Il titolare del trattamento è Unioncamere Puglia. I</w:t>
      </w:r>
      <w:r w:rsidR="009E0F16">
        <w:rPr>
          <w:rFonts w:asciiTheme="majorHAnsi" w:hAnsiTheme="majorHAnsi" w:cstheme="majorHAnsi"/>
          <w:color w:val="000000" w:themeColor="text1"/>
        </w:rPr>
        <w:t xml:space="preserve">l </w:t>
      </w:r>
      <w:r w:rsidR="009E0F16" w:rsidRPr="009E0F16">
        <w:rPr>
          <w:rFonts w:asciiTheme="majorHAnsi" w:hAnsiTheme="majorHAnsi" w:cstheme="majorHAnsi"/>
          <w:color w:val="000000" w:themeColor="text1"/>
        </w:rPr>
        <w:t xml:space="preserve">Responsabile della Protezione dei Dati (RPD </w:t>
      </w:r>
      <w:r w:rsidR="009E0F16">
        <w:rPr>
          <w:rFonts w:asciiTheme="majorHAnsi" w:hAnsiTheme="majorHAnsi" w:cstheme="majorHAnsi"/>
          <w:color w:val="000000" w:themeColor="text1"/>
        </w:rPr>
        <w:t xml:space="preserve">è il </w:t>
      </w:r>
      <w:r w:rsidR="009E0F16" w:rsidRPr="009E0F16">
        <w:rPr>
          <w:rFonts w:asciiTheme="majorHAnsi" w:hAnsiTheme="majorHAnsi" w:cstheme="majorHAnsi"/>
          <w:color w:val="000000" w:themeColor="text1"/>
        </w:rPr>
        <w:t>Dr. Giuseppe Del Medico</w:t>
      </w:r>
      <w:r w:rsidR="009E0F16">
        <w:rPr>
          <w:rFonts w:asciiTheme="majorHAnsi" w:hAnsiTheme="majorHAnsi" w:cstheme="majorHAnsi"/>
          <w:color w:val="000000" w:themeColor="text1"/>
        </w:rPr>
        <w:t xml:space="preserve"> - </w:t>
      </w:r>
      <w:r w:rsidR="009E0F16" w:rsidRPr="009E0F16">
        <w:rPr>
          <w:rFonts w:asciiTheme="majorHAnsi" w:hAnsiTheme="majorHAnsi" w:cstheme="majorHAnsi"/>
          <w:color w:val="000000" w:themeColor="text1"/>
        </w:rPr>
        <w:t>Email: rpd@unioncamerepuglia.it</w:t>
      </w:r>
    </w:p>
    <w:p w14:paraId="779677E6" w14:textId="77777777" w:rsidR="009E0F16" w:rsidRDefault="009E0F16" w:rsidP="009E0F16">
      <w:pPr>
        <w:rPr>
          <w:rFonts w:cstheme="majorHAnsi"/>
          <w:color w:val="000000" w:themeColor="text1"/>
        </w:rPr>
      </w:pPr>
    </w:p>
    <w:p w14:paraId="37D09301" w14:textId="65548C47" w:rsidR="00BF5C2E" w:rsidRPr="00EB15C7" w:rsidRDefault="00AE1756" w:rsidP="00EB15C7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2. Finalità</w:t>
      </w:r>
    </w:p>
    <w:p w14:paraId="57A46E05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Gestione candidature, organizzazione visite, comunicazioni, pubblicazione delle informazioni necessarie nel catalogo, monitoraggio e adempimenti amministrativi.</w:t>
      </w:r>
    </w:p>
    <w:p w14:paraId="5A1D9BCB" w14:textId="77777777" w:rsidR="00BF5C2E" w:rsidRPr="00EB15C7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3. Base giuridica</w:t>
      </w:r>
    </w:p>
    <w:p w14:paraId="3CEE9CC1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Disposizioni normative applicabili e, ove necessario, consenso dell’interessato.</w:t>
      </w:r>
    </w:p>
    <w:p w14:paraId="29006212" w14:textId="77777777" w:rsidR="00BF5C2E" w:rsidRPr="00EB15C7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4. Modalità</w:t>
      </w:r>
    </w:p>
    <w:p w14:paraId="0EBF0ABC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Strumenti cartacei e informatici secondo principi di liceità, correttezza, trasparenza, minimizzazione, integrità e riservatezza.</w:t>
      </w:r>
    </w:p>
    <w:p w14:paraId="520B78A1" w14:textId="77777777" w:rsidR="00BF5C2E" w:rsidRPr="00972F1C" w:rsidRDefault="00AE1756">
      <w:pPr>
        <w:pStyle w:val="Titolo2"/>
        <w:rPr>
          <w:rFonts w:cstheme="majorHAnsi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5. Comunicazione e pubblicazione</w:t>
      </w:r>
    </w:p>
    <w:p w14:paraId="1D1FAA62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I dati necessari possono essere comunicati ai soggetti coinvolti nell’organizzazione e pubblicati nella misura necessaria alle finalità della manifestazione.</w:t>
      </w:r>
    </w:p>
    <w:p w14:paraId="62D828AC" w14:textId="77777777" w:rsidR="00BF5C2E" w:rsidRPr="00EB15C7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6. Conservazione</w:t>
      </w:r>
    </w:p>
    <w:p w14:paraId="199D3BBC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Per il periodo necessario alla gestione dell’iniziativa e agli obblighi di legge.</w:t>
      </w:r>
    </w:p>
    <w:p w14:paraId="40094854" w14:textId="77777777" w:rsidR="00BF5C2E" w:rsidRPr="00EB15C7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7. Diritti</w:t>
      </w:r>
    </w:p>
    <w:p w14:paraId="3F289EB9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L’interessato può esercitare i diritti previsti dagli artt. 15-22 GDPR nei limiti di legge.</w:t>
      </w:r>
    </w:p>
    <w:p w14:paraId="145E01BE" w14:textId="77777777" w:rsidR="00BF5C2E" w:rsidRPr="00EB15C7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EB15C7">
        <w:rPr>
          <w:rFonts w:cstheme="majorHAnsi"/>
          <w:bCs w:val="0"/>
          <w:color w:val="000000" w:themeColor="text1"/>
          <w:szCs w:val="24"/>
        </w:rPr>
        <w:t>8. Foto e immagini</w:t>
      </w:r>
    </w:p>
    <w:p w14:paraId="75758407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color w:val="000000" w:themeColor="text1"/>
        </w:rPr>
        <w:t>Eventuali immagini saranno trattate e pubblicate nel rispetto della normativa applicabile e delle informative/autorizzazioni necessarie.</w:t>
      </w:r>
    </w:p>
    <w:p w14:paraId="4C0AA30C" w14:textId="77777777" w:rsidR="009E0F16" w:rsidRDefault="009E0F16">
      <w:pPr>
        <w:rPr>
          <w:rFonts w:ascii="Segoe UI Symbol" w:hAnsi="Segoe UI Symbol" w:cs="Segoe UI Symbol"/>
          <w:color w:val="000000" w:themeColor="text1"/>
        </w:rPr>
      </w:pPr>
    </w:p>
    <w:p w14:paraId="3856EE9D" w14:textId="6282B946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Ho preso visione dell’informativa privacy.</w:t>
      </w:r>
    </w:p>
    <w:p w14:paraId="754C7FED" w14:textId="77777777" w:rsidR="00CF2364" w:rsidRDefault="00CF2364">
      <w:pPr>
        <w:rPr>
          <w:rFonts w:asciiTheme="majorHAnsi" w:hAnsiTheme="majorHAnsi" w:cstheme="majorHAnsi"/>
          <w:b/>
          <w:color w:val="000000" w:themeColor="text1"/>
        </w:rPr>
      </w:pPr>
    </w:p>
    <w:p w14:paraId="7A0CD06D" w14:textId="1AA2DEDD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Luogo e data: </w:t>
      </w:r>
    </w:p>
    <w:p w14:paraId="246C60A5" w14:textId="2B2BCD3A" w:rsidR="00BF5C2E" w:rsidRPr="00CF2364" w:rsidRDefault="00AE1756">
      <w:pPr>
        <w:rPr>
          <w:rFonts w:asciiTheme="majorHAnsi" w:hAnsiTheme="majorHAnsi" w:cstheme="majorHAnsi"/>
          <w:color w:val="000000" w:themeColor="text1"/>
        </w:rPr>
      </w:pPr>
      <w:r w:rsidRPr="009E0F16">
        <w:rPr>
          <w:rFonts w:asciiTheme="majorHAnsi" w:hAnsiTheme="majorHAnsi" w:cstheme="majorHAnsi"/>
          <w:b/>
          <w:bCs/>
          <w:color w:val="000000" w:themeColor="text1"/>
        </w:rPr>
        <w:t>Firma:</w:t>
      </w:r>
      <w:r w:rsidRPr="00972F1C">
        <w:rPr>
          <w:rFonts w:asciiTheme="majorHAnsi" w:hAnsiTheme="majorHAnsi" w:cstheme="majorHAnsi"/>
          <w:color w:val="000000" w:themeColor="text1"/>
        </w:rPr>
        <w:t xml:space="preserve"> __________________________________________</w:t>
      </w:r>
    </w:p>
    <w:sectPr w:rsidR="00BF5C2E" w:rsidRPr="00CF2364" w:rsidSect="00034616">
      <w:footerReference w:type="even" r:id="rId8"/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31FA" w14:textId="77777777" w:rsidR="008A4811" w:rsidRDefault="008A4811" w:rsidP="00D45022">
      <w:r>
        <w:separator/>
      </w:r>
    </w:p>
  </w:endnote>
  <w:endnote w:type="continuationSeparator" w:id="0">
    <w:p w14:paraId="03E84C89" w14:textId="77777777" w:rsidR="008A4811" w:rsidRDefault="008A4811" w:rsidP="00D4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49492730"/>
      <w:docPartObj>
        <w:docPartGallery w:val="Page Numbers (Bottom of Page)"/>
        <w:docPartUnique/>
      </w:docPartObj>
    </w:sdtPr>
    <w:sdtContent>
      <w:p w14:paraId="6D4C9897" w14:textId="025C7300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8512D88" w14:textId="77777777" w:rsidR="00D45022" w:rsidRDefault="00D45022" w:rsidP="00D4502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25685434"/>
      <w:docPartObj>
        <w:docPartGallery w:val="Page Numbers (Bottom of Page)"/>
        <w:docPartUnique/>
      </w:docPartObj>
    </w:sdtPr>
    <w:sdtContent>
      <w:p w14:paraId="55985206" w14:textId="5286BBA1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D2AFF7D" w14:textId="77777777" w:rsidR="00D45022" w:rsidRDefault="00D45022" w:rsidP="00D4502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20955" w14:textId="77777777" w:rsidR="008A4811" w:rsidRDefault="008A4811" w:rsidP="00D45022">
      <w:r>
        <w:separator/>
      </w:r>
    </w:p>
  </w:footnote>
  <w:footnote w:type="continuationSeparator" w:id="0">
    <w:p w14:paraId="0D5FC1CD" w14:textId="77777777" w:rsidR="008A4811" w:rsidRDefault="008A4811" w:rsidP="00D45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64776"/>
    <w:multiLevelType w:val="multilevel"/>
    <w:tmpl w:val="816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9667B"/>
    <w:multiLevelType w:val="multilevel"/>
    <w:tmpl w:val="9740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5165"/>
    <w:multiLevelType w:val="hybridMultilevel"/>
    <w:tmpl w:val="8D8E1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54544"/>
    <w:multiLevelType w:val="hybridMultilevel"/>
    <w:tmpl w:val="EB7EF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E387A"/>
    <w:multiLevelType w:val="multilevel"/>
    <w:tmpl w:val="A80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5616B7"/>
    <w:multiLevelType w:val="multilevel"/>
    <w:tmpl w:val="1AC4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684600">
    <w:abstractNumId w:val="8"/>
  </w:num>
  <w:num w:numId="2" w16cid:durableId="1768886283">
    <w:abstractNumId w:val="6"/>
  </w:num>
  <w:num w:numId="3" w16cid:durableId="1442266947">
    <w:abstractNumId w:val="5"/>
  </w:num>
  <w:num w:numId="4" w16cid:durableId="1603687796">
    <w:abstractNumId w:val="4"/>
  </w:num>
  <w:num w:numId="5" w16cid:durableId="1379545761">
    <w:abstractNumId w:val="7"/>
  </w:num>
  <w:num w:numId="6" w16cid:durableId="282539815">
    <w:abstractNumId w:val="3"/>
  </w:num>
  <w:num w:numId="7" w16cid:durableId="1776561721">
    <w:abstractNumId w:val="2"/>
  </w:num>
  <w:num w:numId="8" w16cid:durableId="233055311">
    <w:abstractNumId w:val="1"/>
  </w:num>
  <w:num w:numId="9" w16cid:durableId="2003853166">
    <w:abstractNumId w:val="0"/>
  </w:num>
  <w:num w:numId="10" w16cid:durableId="913275287">
    <w:abstractNumId w:val="12"/>
  </w:num>
  <w:num w:numId="11" w16cid:durableId="156652575">
    <w:abstractNumId w:val="11"/>
  </w:num>
  <w:num w:numId="12" w16cid:durableId="403798655">
    <w:abstractNumId w:val="13"/>
  </w:num>
  <w:num w:numId="13" w16cid:durableId="622151216">
    <w:abstractNumId w:val="10"/>
  </w:num>
  <w:num w:numId="14" w16cid:durableId="1743915134">
    <w:abstractNumId w:val="14"/>
  </w:num>
  <w:num w:numId="15" w16cid:durableId="1698307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0757"/>
    <w:rsid w:val="0029639D"/>
    <w:rsid w:val="00321975"/>
    <w:rsid w:val="00326F90"/>
    <w:rsid w:val="004B487B"/>
    <w:rsid w:val="005A0562"/>
    <w:rsid w:val="006C4D76"/>
    <w:rsid w:val="006D06BE"/>
    <w:rsid w:val="0077252F"/>
    <w:rsid w:val="007F179B"/>
    <w:rsid w:val="008564F5"/>
    <w:rsid w:val="008A4811"/>
    <w:rsid w:val="008C0BD5"/>
    <w:rsid w:val="00972BBA"/>
    <w:rsid w:val="00972F1C"/>
    <w:rsid w:val="009E0F16"/>
    <w:rsid w:val="00A20A68"/>
    <w:rsid w:val="00AA1D8D"/>
    <w:rsid w:val="00AE1756"/>
    <w:rsid w:val="00B47730"/>
    <w:rsid w:val="00B618E0"/>
    <w:rsid w:val="00BF5C2E"/>
    <w:rsid w:val="00CB0664"/>
    <w:rsid w:val="00CF2364"/>
    <w:rsid w:val="00CF7A7D"/>
    <w:rsid w:val="00D00D8A"/>
    <w:rsid w:val="00D45022"/>
    <w:rsid w:val="00D96D01"/>
    <w:rsid w:val="00EB15C7"/>
    <w:rsid w:val="00F33D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39735"/>
  <w14:defaultImageDpi w14:val="300"/>
  <w15:docId w15:val="{EA628C8C-C8A5-40E5-8861-B475BF9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D45022"/>
  </w:style>
  <w:style w:type="paragraph" w:customStyle="1" w:styleId="isselectedend">
    <w:name w:val="isselectedend"/>
    <w:basedOn w:val="Normale"/>
    <w:rsid w:val="00D4502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D45022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8C0B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0BD5"/>
    <w:rPr>
      <w:color w:val="605E5C"/>
      <w:shd w:val="clear" w:color="auto" w:fill="E1DFDD"/>
    </w:rPr>
  </w:style>
  <w:style w:type="paragraph" w:customStyle="1" w:styleId="z1qcye">
    <w:name w:val="z1qcye"/>
    <w:basedOn w:val="Normale"/>
    <w:rsid w:val="009E0F16"/>
    <w:pPr>
      <w:spacing w:before="100" w:beforeAutospacing="1" w:after="100" w:afterAutospacing="1"/>
    </w:pPr>
  </w:style>
  <w:style w:type="character" w:customStyle="1" w:styleId="inqyif">
    <w:name w:val="inqyif"/>
    <w:basedOn w:val="Carpredefinitoparagrafo"/>
    <w:rsid w:val="009E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60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Rubino Michele</cp:lastModifiedBy>
  <cp:revision>4</cp:revision>
  <cp:lastPrinted>2026-09-07T09:36:00Z</cp:lastPrinted>
  <dcterms:created xsi:type="dcterms:W3CDTF">2026-09-11T08:46:00Z</dcterms:created>
  <dcterms:modified xsi:type="dcterms:W3CDTF">2026-09-11T10:16:00Z</dcterms:modified>
  <cp:category/>
</cp:coreProperties>
</file>